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9A83C" w14:textId="77777777" w:rsidR="00E962FA" w:rsidRPr="00C74A0A" w:rsidRDefault="00401128">
      <w:pPr>
        <w:jc w:val="right"/>
        <w:rPr>
          <w:lang w:val="es-MX"/>
        </w:rPr>
      </w:pPr>
      <w:r w:rsidRPr="00C74A0A">
        <w:rPr>
          <w:b/>
          <w:lang w:val="es-MX"/>
        </w:rPr>
        <w:t>Tepic, Nayarit, a ____ de __________________ de ________.</w:t>
      </w:r>
      <w:r w:rsidRPr="00C74A0A">
        <w:rPr>
          <w:b/>
          <w:lang w:val="es-MX"/>
        </w:rPr>
        <w:br/>
        <w:t>Asunto: __________________________________</w:t>
      </w:r>
    </w:p>
    <w:p w14:paraId="7697EF71" w14:textId="77777777" w:rsidR="00E962FA" w:rsidRPr="00C74A0A" w:rsidRDefault="00E962FA">
      <w:pPr>
        <w:rPr>
          <w:lang w:val="es-MX"/>
        </w:rPr>
      </w:pPr>
    </w:p>
    <w:p w14:paraId="3DC9C699" w14:textId="77777777" w:rsidR="00E962FA" w:rsidRPr="00C74A0A" w:rsidRDefault="00401128">
      <w:pPr>
        <w:rPr>
          <w:lang w:val="es-MX"/>
        </w:rPr>
      </w:pPr>
      <w:r w:rsidRPr="00C74A0A">
        <w:rPr>
          <w:b/>
          <w:lang w:val="es-MX"/>
        </w:rPr>
        <w:t>M.C.A. JORGE ALBERTO GONZÁLEZ HERNÁNDEZ</w:t>
      </w:r>
      <w:r w:rsidRPr="00C74A0A">
        <w:rPr>
          <w:b/>
          <w:lang w:val="es-MX"/>
        </w:rPr>
        <w:br/>
        <w:t>SECRETARIO GENERAL</w:t>
      </w:r>
      <w:r w:rsidRPr="00C74A0A">
        <w:rPr>
          <w:b/>
          <w:lang w:val="es-MX"/>
        </w:rPr>
        <w:br/>
        <w:t>SINDICATO DEL PERSONAL ACADÉMICO DE LA UNIVERSIDAD AUTÓNOMA DE NAYARIT</w:t>
      </w:r>
    </w:p>
    <w:p w14:paraId="7D1DEC6F" w14:textId="77777777" w:rsidR="00E962FA" w:rsidRPr="00C74A0A" w:rsidRDefault="00401128">
      <w:pPr>
        <w:rPr>
          <w:lang w:val="es-MX"/>
        </w:rPr>
      </w:pPr>
      <w:r w:rsidRPr="00C74A0A">
        <w:rPr>
          <w:lang w:val="es-MX"/>
        </w:rPr>
        <w:t>Por medio de la presente, le saludo cordialmente. En atención a la convocatoria para ajuste y/o descarga parcial o total, emitida por la Comisión Mixta de Horarios y Cargas de Trabajo a través de la Secretaría Académica de la Universidad Autónoma de Nayarit, me permito manifestar mi interés en participar en dicho proceso y solicitar la gestión correspondiente para el/la suscrito(a):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3"/>
        <w:gridCol w:w="7727"/>
      </w:tblGrid>
      <w:tr w:rsidR="00E962FA" w14:paraId="34841314" w14:textId="77777777">
        <w:tc>
          <w:tcPr>
            <w:tcW w:w="2448" w:type="dxa"/>
            <w:shd w:val="clear" w:color="auto" w:fill="F2F2F2"/>
          </w:tcPr>
          <w:p w14:paraId="00046487" w14:textId="77777777" w:rsidR="00E962FA" w:rsidRDefault="00401128">
            <w:r>
              <w:rPr>
                <w:b/>
              </w:rPr>
              <w:t>Nombre completo:</w:t>
            </w:r>
          </w:p>
        </w:tc>
        <w:tc>
          <w:tcPr>
            <w:tcW w:w="7920" w:type="dxa"/>
          </w:tcPr>
          <w:p w14:paraId="439133FC" w14:textId="77777777" w:rsidR="00E962FA" w:rsidRDefault="00401128">
            <w:r>
              <w:t>________________________________________________</w:t>
            </w:r>
          </w:p>
        </w:tc>
      </w:tr>
      <w:tr w:rsidR="00E962FA" w14:paraId="71CE7077" w14:textId="77777777">
        <w:tc>
          <w:tcPr>
            <w:tcW w:w="2448" w:type="dxa"/>
            <w:shd w:val="clear" w:color="auto" w:fill="F2F2F2"/>
          </w:tcPr>
          <w:p w14:paraId="49DCC75F" w14:textId="77777777" w:rsidR="00E962FA" w:rsidRDefault="00401128">
            <w:r>
              <w:rPr>
                <w:b/>
              </w:rPr>
              <w:t>Número de trabajador:</w:t>
            </w:r>
          </w:p>
        </w:tc>
        <w:tc>
          <w:tcPr>
            <w:tcW w:w="7920" w:type="dxa"/>
          </w:tcPr>
          <w:p w14:paraId="35D970F0" w14:textId="77777777" w:rsidR="00E962FA" w:rsidRDefault="00401128">
            <w:r>
              <w:t>________________________________________________</w:t>
            </w:r>
          </w:p>
        </w:tc>
      </w:tr>
    </w:tbl>
    <w:p w14:paraId="17BD77CC" w14:textId="77777777" w:rsidR="00E962FA" w:rsidRDefault="00401128">
      <w:r>
        <w:rPr>
          <w:b/>
        </w:rPr>
        <w:t xml:space="preserve">Adscripción: </w:t>
      </w:r>
      <w:r>
        <w:t>________________________________________________________________________</w:t>
      </w:r>
    </w:p>
    <w:p w14:paraId="37E9DBCC" w14:textId="77777777" w:rsidR="00E962FA" w:rsidRPr="00C74A0A" w:rsidRDefault="00401128">
      <w:pPr>
        <w:rPr>
          <w:lang w:val="es-MX"/>
        </w:rPr>
      </w:pPr>
      <w:r w:rsidRPr="00C74A0A">
        <w:rPr>
          <w:lang w:val="es-MX"/>
        </w:rPr>
        <w:t>Solicito que, durante el periodo de ______________________________________________ (por ejemplo, enero–julio de 2027), me sea concedido el permiso (</w:t>
      </w:r>
      <w:r w:rsidR="00C74A0A" w:rsidRPr="00C74A0A">
        <w:rPr>
          <w:lang w:val="es-MX"/>
        </w:rPr>
        <w:t xml:space="preserve"> </w:t>
      </w:r>
      <w:r w:rsidR="00C74A0A">
        <w:rPr>
          <w:lang w:val="es-MX"/>
        </w:rPr>
        <w:t xml:space="preserve">primera vez - </w:t>
      </w:r>
      <w:r w:rsidRPr="00C74A0A">
        <w:rPr>
          <w:lang w:val="es-MX"/>
        </w:rPr>
        <w:t xml:space="preserve">continuación) para descarga total y/o ajuste de horas </w:t>
      </w:r>
      <w:r w:rsidR="00C74A0A">
        <w:rPr>
          <w:lang w:val="es-MX"/>
        </w:rPr>
        <w:t xml:space="preserve">misma que solicito se aplique los dias ___________________________________en horario de _______________ a _____________; </w:t>
      </w:r>
      <w:r w:rsidRPr="00C74A0A">
        <w:rPr>
          <w:lang w:val="es-MX"/>
        </w:rPr>
        <w:t>de la carga horaria, con motivo de la realización de estudios en el siguiente programa:</w:t>
      </w:r>
    </w:p>
    <w:p w14:paraId="21A1F3C2" w14:textId="77777777" w:rsidR="00E962FA" w:rsidRPr="00C74A0A" w:rsidRDefault="00401128">
      <w:pPr>
        <w:rPr>
          <w:lang w:val="es-MX"/>
        </w:rPr>
      </w:pPr>
      <w:r w:rsidRPr="00C74A0A">
        <w:rPr>
          <w:b/>
          <w:lang w:val="es-MX"/>
        </w:rPr>
        <w:t xml:space="preserve">Nivel de estudios: </w:t>
      </w:r>
      <w:r w:rsidRPr="00C74A0A">
        <w:rPr>
          <w:lang w:val="es-MX"/>
        </w:rPr>
        <w:t>☐ Maestría     ☐ Doctorado     ☐ Posdoctorado</w:t>
      </w:r>
    </w:p>
    <w:p w14:paraId="5D111A5D" w14:textId="77777777" w:rsidR="00E962FA" w:rsidRPr="00C74A0A" w:rsidRDefault="00401128">
      <w:pPr>
        <w:spacing w:after="100"/>
        <w:rPr>
          <w:lang w:val="es-MX"/>
        </w:rPr>
      </w:pPr>
      <w:r w:rsidRPr="00C74A0A">
        <w:rPr>
          <w:b/>
          <w:lang w:val="es-MX"/>
        </w:rPr>
        <w:t xml:space="preserve">Nombre del programa: </w:t>
      </w:r>
      <w:r w:rsidRPr="00C74A0A">
        <w:rPr>
          <w:lang w:val="es-MX"/>
        </w:rPr>
        <w:t>________________________________________________________________</w:t>
      </w:r>
    </w:p>
    <w:p w14:paraId="742D4729" w14:textId="77777777" w:rsidR="00E962FA" w:rsidRPr="00C74A0A" w:rsidRDefault="00401128">
      <w:pPr>
        <w:spacing w:after="100"/>
        <w:rPr>
          <w:lang w:val="es-MX"/>
        </w:rPr>
      </w:pPr>
      <w:r w:rsidRPr="00C74A0A">
        <w:rPr>
          <w:b/>
          <w:lang w:val="es-MX"/>
        </w:rPr>
        <w:t xml:space="preserve">Universidad: </w:t>
      </w:r>
      <w:r w:rsidRPr="00C74A0A">
        <w:rPr>
          <w:lang w:val="es-MX"/>
        </w:rPr>
        <w:t>________________________________________________________________________</w:t>
      </w:r>
    </w:p>
    <w:p w14:paraId="080FE6E2" w14:textId="77777777" w:rsidR="00E962FA" w:rsidRPr="00C74A0A" w:rsidRDefault="00401128">
      <w:pPr>
        <w:spacing w:after="100"/>
        <w:rPr>
          <w:lang w:val="es-MX"/>
        </w:rPr>
      </w:pPr>
      <w:r w:rsidRPr="00C74A0A">
        <w:rPr>
          <w:b/>
          <w:lang w:val="es-MX"/>
        </w:rPr>
        <w:t xml:space="preserve">Modalidad: </w:t>
      </w:r>
      <w:r w:rsidRPr="00C74A0A">
        <w:rPr>
          <w:lang w:val="es-MX"/>
        </w:rPr>
        <w:t>☐ Presencial     ☐ En línea     ☐ Mixta</w:t>
      </w:r>
    </w:p>
    <w:p w14:paraId="651930A9" w14:textId="77777777" w:rsidR="00E962FA" w:rsidRPr="00C74A0A" w:rsidRDefault="00401128">
      <w:pPr>
        <w:spacing w:after="100"/>
        <w:rPr>
          <w:lang w:val="es-MX"/>
        </w:rPr>
      </w:pPr>
      <w:r w:rsidRPr="00C74A0A">
        <w:rPr>
          <w:b/>
          <w:lang w:val="es-MX"/>
        </w:rPr>
        <w:t xml:space="preserve">Duración / periodo: </w:t>
      </w:r>
      <w:r w:rsidRPr="00C74A0A">
        <w:rPr>
          <w:lang w:val="es-MX"/>
        </w:rPr>
        <w:t>__________________________________________________________________</w:t>
      </w:r>
    </w:p>
    <w:p w14:paraId="126CA4F4" w14:textId="77777777" w:rsidR="00E962FA" w:rsidRPr="00C74A0A" w:rsidRDefault="00E962FA">
      <w:pPr>
        <w:rPr>
          <w:lang w:val="es-MX"/>
        </w:rPr>
      </w:pPr>
    </w:p>
    <w:p w14:paraId="6D00EB25" w14:textId="77777777" w:rsidR="00E962FA" w:rsidRPr="00C74A0A" w:rsidRDefault="00401128">
      <w:pPr>
        <w:rPr>
          <w:lang w:val="es-MX"/>
        </w:rPr>
      </w:pPr>
      <w:r w:rsidRPr="00C74A0A">
        <w:rPr>
          <w:lang w:val="es-MX"/>
        </w:rPr>
        <w:t>Destaco mi compromiso permanente con la formación académica continua, orientada al fortalecimiento de mis competencias docentes y a la mejora de la calidad educativa que la Universidad Autónoma de Nayarit brinda a sus estudiantes.</w:t>
      </w:r>
    </w:p>
    <w:p w14:paraId="5749E7B8" w14:textId="77777777" w:rsidR="00E962FA" w:rsidRPr="00C74A0A" w:rsidRDefault="00401128">
      <w:pPr>
        <w:rPr>
          <w:lang w:val="es-MX"/>
        </w:rPr>
      </w:pPr>
      <w:r w:rsidRPr="00C74A0A">
        <w:rPr>
          <w:lang w:val="es-MX"/>
        </w:rPr>
        <w:t>Sin otro particular, quedo a su disposición para cualquier aclaración y le reitero mi agradecimiento por la atención brindada.</w:t>
      </w:r>
    </w:p>
    <w:p w14:paraId="494B72A8" w14:textId="77777777" w:rsidR="00E962FA" w:rsidRPr="00C74A0A" w:rsidRDefault="00401128">
      <w:pPr>
        <w:spacing w:before="160"/>
        <w:jc w:val="center"/>
        <w:rPr>
          <w:lang w:val="es-MX"/>
        </w:rPr>
      </w:pPr>
      <w:r w:rsidRPr="00C74A0A">
        <w:rPr>
          <w:b/>
          <w:lang w:val="es-MX"/>
        </w:rPr>
        <w:t>ATENTAMENTE</w:t>
      </w:r>
    </w:p>
    <w:p w14:paraId="6E7A77B0" w14:textId="77777777" w:rsidR="00E962FA" w:rsidRPr="00C74A0A" w:rsidRDefault="00E962FA">
      <w:pPr>
        <w:rPr>
          <w:lang w:val="es-MX"/>
        </w:rPr>
      </w:pPr>
    </w:p>
    <w:p w14:paraId="6B4E80EA" w14:textId="77777777" w:rsidR="00E962FA" w:rsidRPr="00C74A0A" w:rsidRDefault="00E962FA">
      <w:pPr>
        <w:rPr>
          <w:lang w:val="es-MX"/>
        </w:rPr>
      </w:pPr>
    </w:p>
    <w:p w14:paraId="3DB47317" w14:textId="77777777" w:rsidR="00E962FA" w:rsidRPr="00C74A0A" w:rsidRDefault="00401128">
      <w:pPr>
        <w:spacing w:after="0"/>
        <w:jc w:val="center"/>
        <w:rPr>
          <w:lang w:val="es-MX"/>
        </w:rPr>
      </w:pPr>
      <w:r w:rsidRPr="00C74A0A">
        <w:rPr>
          <w:lang w:val="es-MX"/>
        </w:rPr>
        <w:t>__________________________________________________</w:t>
      </w:r>
    </w:p>
    <w:p w14:paraId="4EB00A5A" w14:textId="77777777" w:rsidR="00E962FA" w:rsidRPr="00C74A0A" w:rsidRDefault="00401128">
      <w:pPr>
        <w:spacing w:after="0"/>
        <w:jc w:val="center"/>
        <w:rPr>
          <w:lang w:val="es-MX"/>
        </w:rPr>
      </w:pPr>
      <w:r w:rsidRPr="00C74A0A">
        <w:rPr>
          <w:b/>
          <w:lang w:val="es-MX"/>
        </w:rPr>
        <w:t>Firma del docente</w:t>
      </w:r>
    </w:p>
    <w:p w14:paraId="528A0618" w14:textId="77777777" w:rsidR="00E962FA" w:rsidRPr="00C74A0A" w:rsidRDefault="00401128">
      <w:pPr>
        <w:spacing w:after="0"/>
        <w:jc w:val="center"/>
        <w:rPr>
          <w:lang w:val="es-MX"/>
        </w:rPr>
      </w:pPr>
      <w:r w:rsidRPr="00C74A0A">
        <w:rPr>
          <w:lang w:val="es-MX"/>
        </w:rPr>
        <w:t>Nombre completo: __________________________________________</w:t>
      </w:r>
    </w:p>
    <w:p w14:paraId="1418BA09" w14:textId="77777777" w:rsidR="00E962FA" w:rsidRDefault="00401128">
      <w:pPr>
        <w:spacing w:after="0"/>
        <w:jc w:val="center"/>
      </w:pPr>
      <w:r>
        <w:t>Correo electrónico: _________________________________________</w:t>
      </w:r>
    </w:p>
    <w:p w14:paraId="13A5B3A7" w14:textId="77777777" w:rsidR="00E962FA" w:rsidRDefault="00401128">
      <w:pPr>
        <w:jc w:val="center"/>
      </w:pPr>
      <w:r>
        <w:t>Teléfono: _________________________________________________</w:t>
      </w:r>
    </w:p>
    <w:sectPr w:rsidR="00E962FA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023987">
    <w:abstractNumId w:val="8"/>
  </w:num>
  <w:num w:numId="2" w16cid:durableId="1377125996">
    <w:abstractNumId w:val="6"/>
  </w:num>
  <w:num w:numId="3" w16cid:durableId="591856462">
    <w:abstractNumId w:val="5"/>
  </w:num>
  <w:num w:numId="4" w16cid:durableId="34357379">
    <w:abstractNumId w:val="4"/>
  </w:num>
  <w:num w:numId="5" w16cid:durableId="1543397792">
    <w:abstractNumId w:val="7"/>
  </w:num>
  <w:num w:numId="6" w16cid:durableId="298190276">
    <w:abstractNumId w:val="3"/>
  </w:num>
  <w:num w:numId="7" w16cid:durableId="371420753">
    <w:abstractNumId w:val="2"/>
  </w:num>
  <w:num w:numId="8" w16cid:durableId="234559733">
    <w:abstractNumId w:val="1"/>
  </w:num>
  <w:num w:numId="9" w16cid:durableId="70977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1128"/>
    <w:rsid w:val="00AA1D8D"/>
    <w:rsid w:val="00AB76E1"/>
    <w:rsid w:val="00B47730"/>
    <w:rsid w:val="00C74A0A"/>
    <w:rsid w:val="00CB0664"/>
    <w:rsid w:val="00E962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4F9B55"/>
  <w14:defaultImageDpi w14:val="300"/>
  <w15:docId w15:val="{4B60D7C3-2773-2343-BADD-92ADBF4D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2F9DEE-1DDF-F947-B732-1411194D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Vianey</cp:lastModifiedBy>
  <cp:revision>3</cp:revision>
  <dcterms:created xsi:type="dcterms:W3CDTF">2026-10-29T20:02:00Z</dcterms:created>
  <dcterms:modified xsi:type="dcterms:W3CDTF">2026-10-29T20:06:00Z</dcterms:modified>
  <cp:category/>
</cp:coreProperties>
</file>